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0"/>
        </w:rPr>
        <w:t>Wypowiedzenie umowy — Orange</w:t>
      </w:r>
    </w:p>
    <w:p>
      <w:r>
        <w:rPr>
          <w:rFonts w:ascii="Calibri" w:hAnsi="Calibri"/>
          <w:color w:val="5A5A5A"/>
          <w:sz w:val="18"/>
        </w:rPr>
        <w:t>Wzór pisma. Pola w nawiasach kwadratowych uzupełnij swoimi danymi.</w:t>
      </w:r>
    </w:p>
    <w:p>
      <w:pPr>
        <w:spacing w:after="0" w:before="0"/>
      </w:pPr>
      <w:r>
        <w:rPr>
          <w:rFonts w:ascii="Consolas" w:hAnsi="Consolas"/>
          <w:sz w:val="19"/>
        </w:rPr>
        <w:t>[Miejscowość], [data]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[Imię i nazwisko]</w:t>
      </w:r>
    </w:p>
    <w:p>
      <w:pPr>
        <w:spacing w:after="0" w:before="0"/>
      </w:pPr>
      <w:r>
        <w:rPr>
          <w:rFonts w:ascii="Consolas" w:hAnsi="Consolas"/>
          <w:sz w:val="19"/>
        </w:rPr>
        <w:t>[Adres]</w:t>
      </w:r>
    </w:p>
    <w:p>
      <w:pPr>
        <w:spacing w:after="0" w:before="0"/>
      </w:pPr>
      <w:r>
        <w:rPr>
          <w:rFonts w:ascii="Consolas" w:hAnsi="Consolas"/>
          <w:sz w:val="19"/>
        </w:rPr>
        <w:t>[Nr klienta / nr umowy]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                    Orange Polska S.A.</w:t>
      </w:r>
    </w:p>
    <w:p>
      <w:pPr>
        <w:spacing w:after="0" w:before="0"/>
      </w:pPr>
      <w:r>
        <w:rPr>
          <w:rFonts w:ascii="Consolas" w:hAnsi="Consolas"/>
          <w:sz w:val="19"/>
        </w:rPr>
        <w:t>ul. Jagiellońska 34</w:t>
      </w:r>
    </w:p>
    <w:p>
      <w:pPr>
        <w:spacing w:after="0" w:before="0"/>
      </w:pPr>
      <w:r>
        <w:rPr>
          <w:rFonts w:ascii="Consolas" w:hAnsi="Consolas"/>
          <w:sz w:val="19"/>
        </w:rPr>
        <w:t>96-100 Skierniewice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WYPOWIEDZENIE UMOWY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Niniejszym wypowiadam umowę o świadczenie usług telekomunikacyjnych</w:t>
      </w:r>
    </w:p>
    <w:p>
      <w:pPr>
        <w:spacing w:after="0" w:before="0"/>
      </w:pPr>
      <w:r>
        <w:rPr>
          <w:rFonts w:ascii="Consolas" w:hAnsi="Consolas"/>
          <w:sz w:val="19"/>
        </w:rPr>
        <w:t>nr [numer umowy] zawartą z Orange, z zachowaniem okresu wypowiedzenia</w:t>
      </w:r>
    </w:p>
    <w:p>
      <w:pPr>
        <w:spacing w:after="0" w:before="0"/>
      </w:pPr>
      <w:r>
        <w:rPr>
          <w:rFonts w:ascii="Consolas" w:hAnsi="Consolas"/>
          <w:sz w:val="19"/>
        </w:rPr>
        <w:t>wynikającego z umowy.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Proszę o pisemne potwierdzenie rozwiązania umowy, wskazanie daty jej</w:t>
      </w:r>
    </w:p>
    <w:p>
      <w:pPr>
        <w:spacing w:after="0" w:before="0"/>
      </w:pPr>
      <w:r>
        <w:rPr>
          <w:rFonts w:ascii="Consolas" w:hAnsi="Consolas"/>
          <w:sz w:val="19"/>
        </w:rPr>
        <w:t>zakończenia oraz informację o ewentualnym zwrocie udostępnionego sprzętu.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                    [Czytelny podpis]</w:t>
      </w:r>
    </w:p>
    <w:p/>
    <w:p>
      <w:r>
        <w:rPr>
          <w:rFonts w:ascii="Calibri" w:hAnsi="Calibri"/>
          <w:b/>
          <w:color w:val="0D408C"/>
          <w:sz w:val="21"/>
        </w:rPr>
        <w:t>WAŻNE — masz to zapisane w ustawie</w:t>
      </w:r>
    </w:p>
    <w:p>
      <w:r>
        <w:rPr>
          <w:rFonts w:ascii="Calibri" w:hAnsi="Calibri"/>
          <w:color w:val="0D408C"/>
          <w:sz w:val="19"/>
        </w:rPr>
        <w:t>Przy formalnej zmianie dostawcy internetu art. 318 Prawa komunikacji elektronicznej gwarantuje: ciągłość usługi (przerwa maks. 1 dzień roboczy), wypowiedzenie starej umowy bez zachowania terminów wypowiedzenia oraz brak opłat za te czynności — tę procedurę prowadzi NOWY dostawca po zgłoszeniu u niego. Samo wysłanie tego pisma jej nie uruchamia: to zwykłe wypowiedzenie z okresem wynikającym z Twojej umowy. Przy umowie terminowej wcześniejsze rozwiązanie może wiązać się z opłatą (art. 304 PKE).</w:t>
      </w:r>
    </w:p>
    <w:p/>
    <w:p>
      <w:pPr>
        <w:spacing w:after="0"/>
      </w:pPr>
      <w:r>
        <w:rPr>
          <w:rFonts w:ascii="Calibri" w:hAnsi="Calibri"/>
          <w:color w:val="696969"/>
          <w:sz w:val="16"/>
        </w:rPr>
        <w:t>Wzór bezpłatny. Przygotował: Światłowód Expert (Experience Sp. z o.o.) — swiatlowodexpert.pl</w:t>
      </w:r>
    </w:p>
    <w:p>
      <w:pPr>
        <w:spacing w:after="0"/>
      </w:pPr>
      <w:r>
        <w:rPr>
          <w:rFonts w:ascii="Calibri" w:hAnsi="Calibri"/>
          <w:color w:val="696969"/>
          <w:sz w:val="16"/>
        </w:rPr>
        <w:t>Pomożemy bezpłatnie sprawdzić, co masz pod adresem i przeprowadzimy zmianę operatora: 690 425 828</w:t>
      </w:r>
    </w:p>
    <w:p>
      <w:pPr>
        <w:spacing w:after="0"/>
      </w:pPr>
      <w:r>
        <w:rPr>
          <w:rFonts w:ascii="Calibri" w:hAnsi="Calibri"/>
          <w:color w:val="696969"/>
          <w:sz w:val="16"/>
        </w:rPr>
        <w:t>Wzór ma charakter pomocniczy; ostateczne warunki wypowiedzenia określa Twoja umowa i regulamin operatora.</w:t>
      </w:r>
    </w:p>
    <w:sectPr w:rsidR="00FC693F" w:rsidRPr="0006063C" w:rsidSect="00034616"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